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WYDAWNICTWO EXEMPLUM</w:t>
      </w:r>
    </w:p>
    <w:p>
      <w:pPr>
        <w:pStyle w:val="Title"/>
      </w:pPr>
      <w:r>
        <w:t>Formularz recenzji monografii naukowej lub publikacji zbiorowej</w:t>
      </w:r>
    </w:p>
    <w:p>
      <w:r>
        <w:rPr>
          <w:b w:val="0"/>
        </w:rPr>
        <w:t>Tytuł pracy: [wpisz tytuł]</w:t>
      </w:r>
    </w:p>
    <w:p>
      <w:r>
        <w:rPr>
          <w:b w:val="0"/>
        </w:rPr>
        <w:t>Autor lub autorzy pracy: [wpisz imiona i nazwiska]</w:t>
      </w:r>
    </w:p>
    <w:p>
      <w:r>
        <w:rPr>
          <w:b w:val="0"/>
        </w:rPr>
        <w:t>Redaktor naukowy tomu — jeżeli dotyczy: [wpisz dane]</w:t>
      </w:r>
    </w:p>
    <w:p>
      <w:r>
        <w:rPr>
          <w:b w:val="0"/>
        </w:rPr>
        <w:t>Numer pracy nadany przez redakcję: [wpisz numer]</w:t>
      </w:r>
    </w:p>
    <w:p>
      <w:r>
        <w:rPr>
          <w:b w:val="0"/>
        </w:rPr>
        <w:t>Wersja manuskryptu: [oznaczenie lub data]     Data recenzji: [wpisz datę]</w:t>
      </w:r>
    </w:p>
    <w:p>
      <w:r>
        <w:rPr>
          <w:b w:val="0"/>
        </w:rPr>
        <w:t>Rodzaj pracy: ☐ monografia autorska   ☐ publikacja zbiorowa</w:t>
      </w:r>
    </w:p>
    <w:p>
      <w:r>
        <w:rPr>
          <w:b w:val="0"/>
        </w:rPr>
        <w:t>Etap oceny: ☐ pierwsza recenzja   ☐ ponowna recenzja po poprawkach</w:t>
      </w:r>
    </w:p>
    <w:p>
      <w:r>
        <w:rPr>
          <w:b/>
        </w:rPr>
        <w:t>Instrukcja</w:t>
      </w:r>
    </w:p>
    <w:p>
      <w:r>
        <w:rPr>
          <w:b w:val="0"/>
        </w:rPr>
        <w:t>Formularz należy wypełnić elektronicznie. Wpisz recenzję w oznaczonych polach; ich objętość można zwiększać, dodając akapity. Zaznacz wybraną rekomendację. Gotowy plik prześlij wyłącznie redakcji.</w:t>
      </w:r>
    </w:p>
    <w:p>
      <w:r>
        <w:rPr>
          <w:b w:val="0"/>
        </w:rPr>
        <w:t>Obowiązuje model jednostronnie anonimowy (single-blind): recenzent zna tożsamość autorów, a autorzy nie poznają tożsamości recenzenta w toku postępowania. Wypełnij dane i podpisz formularz przeznaczony dla redakcji. Redakcja przygotowuje dla autora zanonimizowaną kopię.</w:t>
      </w:r>
    </w:p>
    <w:p>
      <w:pPr>
        <w:pStyle w:val="Heading1"/>
      </w:pPr>
      <w:r>
        <w:t>Dane recenzenta</w:t>
      </w:r>
    </w:p>
    <w:p>
      <w:r>
        <w:rPr>
          <w:b w:val="0"/>
        </w:rPr>
        <w:t>Imię i nazwisko: [uzupełnij]</w:t>
      </w:r>
    </w:p>
    <w:p>
      <w:r>
        <w:rPr>
          <w:b w:val="0"/>
        </w:rPr>
        <w:t>Stopień lub tytuł naukowy: [uzupełnij]</w:t>
      </w:r>
    </w:p>
    <w:p>
      <w:r>
        <w:rPr>
          <w:b w:val="0"/>
        </w:rPr>
        <w:t>Afiliacja: [uzupełnij]</w:t>
      </w:r>
    </w:p>
    <w:p>
      <w:r>
        <w:rPr>
          <w:b w:val="0"/>
        </w:rPr>
        <w:t>Adres e-mail: [uzupełnij]</w:t>
      </w:r>
    </w:p>
    <w:p>
      <w:r>
        <w:rPr>
          <w:b w:val="0"/>
        </w:rPr>
        <w:t>ORCID — jeżeli nadany: [uzupełnij]</w:t>
      </w:r>
    </w:p>
    <w:p>
      <w:r>
        <w:rPr>
          <w:b w:val="0"/>
        </w:rPr>
        <w:t>Dyscyplina i kompetencje związane z tematyką pracy: [uzupełnij]</w:t>
      </w:r>
    </w:p>
    <w:p>
      <w:pPr>
        <w:pStyle w:val="Heading1"/>
      </w:pPr>
      <w:r>
        <w:t>Oświadczenia recenzenta</w:t>
      </w:r>
    </w:p>
    <w:p>
      <w:r>
        <w:rPr>
          <w:b w:val="0"/>
        </w:rPr>
        <w:t>Podejmując się recenzji, potwierdzam posiadanie odpowiednich kompetencji oraz brak znanego mi konfliktu interesów z autorami lub redaktorem naukowym pracy. Zobowiązuję się zgłosić redakcji wszelkie okoliczności mogące podważać moją bezstronność, także ujawnione w toku oceny.</w:t>
      </w:r>
    </w:p>
    <w:p>
      <w:r>
        <w:rPr>
          <w:b w:val="0"/>
        </w:rPr>
        <w:t>Zobowiązuję się zachować poufność materiałów, nie udostępniać ich osobom nieupoważnionym i nie wykorzystywać nieopublikowanych treści do własnych celów. Recenzję sporządzam samodzielnie i przestrzegam polityki etyki publikacyjnej Exemplum, w tym zasad korzystania z AI.</w:t>
      </w:r>
    </w:p>
    <w:p>
      <w:r>
        <w:rPr>
          <w:b w:val="0"/>
        </w:rPr>
        <w:t>Jeżeli nie możesz potwierdzić powyższych oświadczeń, przed rozpoczęciem lub kontynuowaniem recenzji skontaktuj się z redakcją.</w:t>
      </w:r>
    </w:p>
    <w:p>
      <w:r>
        <w:br w:type="page"/>
      </w:r>
    </w:p>
    <w:p>
      <w:r>
        <w:rPr>
          <w:b/>
        </w:rPr>
        <w:t>WYDAWNICTWO EXEMPLUM • FORMULARZ RECENZJI</w:t>
      </w:r>
    </w:p>
    <w:p>
      <w:r>
        <w:rPr>
          <w:b w:val="0"/>
        </w:rPr>
        <w:t>Numer pracy: [wpisz numer]</w:t>
      </w:r>
    </w:p>
    <w:p>
      <w:pPr>
        <w:pStyle w:val="Heading1"/>
      </w:pPr>
      <w:r>
        <w:t>1 Recenzja opisowa</w:t>
      </w:r>
    </w:p>
    <w:p>
      <w:r>
        <w:rPr>
          <w:b w:val="0"/>
        </w:rPr>
        <w:t>Prosimy ocenić wartość naukową i oryginalność pracy, realizację celu, metody, poprawność argumentacji i wniosków, dobór literatury, strukturę, język oraz tabele i ilustracje. W pracy zbiorowej należy uwzględnić spójność tomu i poziom rozdziałów. Wskaż mocne strony i ograniczenia; kryteria niedotyczące pracy można pominąć z wyjaśnieniem.</w:t>
      </w:r>
    </w:p>
    <w:p>
      <w:r>
        <w:rPr>
          <w:b/>
        </w:rPr>
        <w:t>MIEJSCE NA RECENZJĘ OPISOWĄ</w:t>
      </w:r>
    </w:p>
    <w:sdt>
      <w:sdtPr>
        <w:alias w:val="MIEJSCE NA RECENZJĘ OPISOWĄ"/>
      </w:sdtPr>
      <w:sdtContent>
        <w:p>
          <w:pPr>
            <w:spacing w:after="120" w:line="360" w:lineRule="auto"/>
            <w:pBdr>
              <w:bottom w:val="dotted" w:sz="4" w:color="B7B7B7"/>
            </w:pBdr>
          </w:pPr>
          <w:r>
            <w:t>[Kliknij tutaj i wpisz treść. Pole można rozszerzać.]</w:t>
          </w: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</w:sdtContent>
    </w:sdt>
    <w:p>
      <w:r>
        <w:br w:type="page"/>
      </w:r>
    </w:p>
    <w:p>
      <w:r>
        <w:rPr>
          <w:b/>
        </w:rPr>
        <w:t>WYDAWNICTWO EXEMPLUM • FORMULARZ RECENZJI</w:t>
      </w:r>
    </w:p>
    <w:p>
      <w:r>
        <w:rPr>
          <w:b w:val="0"/>
        </w:rPr>
        <w:t>Numer pracy: [wpisz numer]</w:t>
      </w:r>
    </w:p>
    <w:p>
      <w:pPr>
        <w:pStyle w:val="Heading1"/>
      </w:pPr>
      <w:r>
        <w:t>2 Poprawki i uzupełnienia</w:t>
      </w:r>
    </w:p>
    <w:p>
      <w:r>
        <w:rPr>
          <w:b w:val="0"/>
        </w:rPr>
        <w:t>Wskaż konkretne zalecenia, najlepiej z numerami stron lub rozdziałów. Oddziel poprawki konieczne od sugestii fakultatywnych. Przy ponownej recenzji oceń również wykonanie wcześniejszych zaleceń. Jeżeli nie zgłaszasz uwag, wpisz „Brak”.</w:t>
      </w:r>
    </w:p>
    <w:p>
      <w:r>
        <w:rPr>
          <w:b/>
        </w:rPr>
        <w:t>MIEJSCE NA POPRAWKI NIEZBĘDNE DO PRZYJĘCIA PRACY</w:t>
      </w:r>
    </w:p>
    <w:sdt>
      <w:sdtPr>
        <w:alias w:val="MIEJSCE NA POPRAWKI NIEZBĘDNE DO PRZYJĘCIA PRACY"/>
      </w:sdtPr>
      <w:sdtContent>
        <w:p>
          <w:pPr>
            <w:spacing w:after="120" w:line="360" w:lineRule="auto"/>
            <w:pBdr>
              <w:bottom w:val="dotted" w:sz="4" w:color="B7B7B7"/>
            </w:pBdr>
          </w:pPr>
          <w:r>
            <w:t>[Kliknij tutaj i wpisz treść. Pole można rozszerzać.]</w:t>
          </w: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</w:sdtContent>
    </w:sdt>
    <w:p>
      <w:r>
        <w:rPr>
          <w:b/>
        </w:rPr>
        <w:t>MIEJSCE NA SUGESTIE FAKULTATYWNE</w:t>
      </w:r>
    </w:p>
    <w:sdt>
      <w:sdtPr>
        <w:alias w:val="MIEJSCE NA SUGESTIE FAKULTATYWNE"/>
      </w:sdtPr>
      <w:sdtContent>
        <w:p>
          <w:pPr>
            <w:spacing w:after="120" w:line="360" w:lineRule="auto"/>
            <w:pBdr>
              <w:bottom w:val="dotted" w:sz="4" w:color="B7B7B7"/>
            </w:pBdr>
          </w:pPr>
          <w:r>
            <w:t>[Kliknij tutaj i wpisz treść. Pole można rozszerzać.]</w:t>
          </w: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</w:sdtContent>
    </w:sdt>
    <w:p>
      <w:r>
        <w:rPr>
          <w:b w:val="0"/>
        </w:rPr>
        <w:t>Podejrzenia naruszeń etyki wraz z uzasadnieniem przekaż dodatkowo poufnie redakcji. Możliwy konflikt interesów zgłoś przed rozpoczęciem lub kontynuowaniem oceny.</w:t>
      </w:r>
    </w:p>
    <w:p>
      <w:r>
        <w:br w:type="page"/>
      </w:r>
    </w:p>
    <w:p>
      <w:r>
        <w:rPr>
          <w:b/>
        </w:rPr>
        <w:t>WYDAWNICTWO EXEMPLUM • FORMULARZ RECENZJI</w:t>
      </w:r>
    </w:p>
    <w:p>
      <w:r>
        <w:rPr>
          <w:b w:val="0"/>
        </w:rPr>
        <w:t>Numer pracy: [wpisz numer]</w:t>
      </w:r>
    </w:p>
    <w:p>
      <w:pPr>
        <w:pStyle w:val="Heading1"/>
      </w:pPr>
      <w:r>
        <w:t>3 Rekomendacja końcowa</w:t>
      </w:r>
    </w:p>
    <w:p>
      <w:r>
        <w:rPr>
          <w:b w:val="0"/>
        </w:rPr>
        <w:t>Zaznacz jedną odpowiedź i uzasadnij wybór w polu poniżej.</w:t>
      </w:r>
    </w:p>
    <w:p>
      <w:r>
        <w:rPr>
          <w:b w:val="0"/>
        </w:rPr>
        <w:t>☐  Rekomenduję przyjęcie pracy bez zmian.</w:t>
      </w:r>
    </w:p>
    <w:p>
      <w:r>
        <w:rPr>
          <w:b w:val="0"/>
        </w:rPr>
        <w:t>☐  Rekomenduję przyjęcie pracy pod warunkiem wprowadzenia wskazanych poprawek.</w:t>
      </w:r>
    </w:p>
    <w:p>
      <w:r>
        <w:rPr>
          <w:b w:val="0"/>
        </w:rPr>
        <w:t>☐  Rekomenduję skierowanie pracy do ponownej recenzji po istotnych zmianach.</w:t>
      </w:r>
    </w:p>
    <w:p>
      <w:r>
        <w:rPr>
          <w:b w:val="0"/>
        </w:rPr>
        <w:t>☐  Rekomenduję odrzucenie pracy.</w:t>
      </w:r>
    </w:p>
    <w:p>
      <w:r>
        <w:rPr>
          <w:b/>
        </w:rPr>
        <w:t>MIEJSCE NA UZASADNIENIE REKOMENDACJI</w:t>
      </w:r>
    </w:p>
    <w:sdt>
      <w:sdtPr>
        <w:alias w:val="MIEJSCE NA UZASADNIENIE REKOMENDACJI"/>
      </w:sdtPr>
      <w:sdtContent>
        <w:p>
          <w:pPr>
            <w:spacing w:after="120" w:line="360" w:lineRule="auto"/>
            <w:pBdr>
              <w:bottom w:val="dotted" w:sz="4" w:color="B7B7B7"/>
            </w:pBdr>
          </w:pPr>
          <w:r>
            <w:t>[Kliknij tutaj i wpisz treść. Pole można rozszerzać.]</w:t>
          </w: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  <w:p>
          <w:pPr>
            <w:spacing w:after="120" w:line="360" w:lineRule="auto"/>
            <w:pBdr>
              <w:bottom w:val="dotted" w:sz="4" w:color="B7B7B7"/>
            </w:pBdr>
          </w:pPr>
        </w:p>
      </w:sdtContent>
    </w:sdt>
    <w:p>
      <w:r>
        <w:rPr>
          <w:b w:val="0"/>
        </w:rPr>
        <w:t>Ostateczną decyzję podejmuje Komitet Redakcyjny Wydawnictwa Exemplum zgodnie z procedurą recenzji.</w:t>
      </w:r>
    </w:p>
    <w:p>
      <w:r>
        <w:rPr>
          <w:b w:val="0"/>
        </w:rPr>
        <w:t>Potwierdzam autorstwo niniejszej recenzji oraz złożenie oświadczeń zawartych w formularzu.</w:t>
      </w:r>
    </w:p>
    <w:p>
      <w:r>
        <w:rPr>
          <w:b w:val="0"/>
        </w:rPr>
        <w:t>Miejscowość i data: [uzupełnij]</w:t>
      </w:r>
    </w:p>
    <w:p>
      <w:r>
        <w:rPr>
          <w:b w:val="0"/>
        </w:rPr>
        <w:t>Podpis recenzenta: ........................................................................</w:t>
      </w:r>
    </w:p>
    <w:p>
      <w:r>
        <w:rPr>
          <w:b/>
        </w:rPr>
        <w:t>Instrukcja dla redakcji</w:t>
      </w:r>
    </w:p>
    <w:p>
      <w:r>
        <w:rPr>
          <w:b w:val="0"/>
        </w:rPr>
        <w:t>Pełny, podpisany formularz pozostaje w dokumentacji redakcji. Przed przekazaniem kopii autorowi należy usunąć dane i podpis recenzenta oraz inne informacje pozwalające go zidentyfikować. Sprawdzić również komentarze, śledzenie zmian, właściwości i nazwę pliku oraz załączniki.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recenzji monografii naukowej lub publikacji zbiorowej</dc:title>
  <dc:subject/>
  <dc:creator>Wydawnictwo Exemplum</dc:creator>
  <cp:keywords/>
  <dc:description>generated by python-docx</dc:description>
  <cp:lastModifiedBy>Wydawnictwo Exemplum</cp:lastModifiedBy>
  <cp:revision>1</cp:revision>
  <dcterms:created xsi:type="dcterms:W3CDTF">2013-12-23T23:15:00Z</dcterms:created>
  <dcterms:modified xsi:type="dcterms:W3CDTF">2013-12-23T23:15:00Z</dcterms:modified>
  <cp:category/>
</cp:coreProperties>
</file>